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CONTRATO PRIVADO DE COMPRAVENTA DE VIVIENDA ENTRE PARTICULARES</w:t>
      </w:r>
    </w:p>
    <w:p/>
    <w:p>
      <w:r>
        <w:t>REUNIDOS</w:t>
      </w:r>
    </w:p>
    <w:p>
      <w:r>
        <w:t>De una parte, el VENDEDOR: ________________________________________, mayor de edad, con DNI/NIE ________________________, y domicilio en __________________________________________________________.</w:t>
      </w:r>
    </w:p>
    <w:p>
      <w:r>
        <w:t>De otra parte, el COMPRADOR: ________________________________________, mayor de edad, con DNI/NIE ________________________, y domicilio en __________________________________________________________.</w:t>
      </w:r>
    </w:p>
    <w:p/>
    <w:p>
      <w:r>
        <w:t>Ambas partes se reconocen plena capacidad legal para formalizar el presente contrato y</w:t>
      </w:r>
    </w:p>
    <w:p/>
    <w:p>
      <w:r>
        <w:t>EXPONEN</w:t>
      </w:r>
    </w:p>
    <w:p>
      <w:r>
        <w:t>1. Que el vendedor es propietario pleno de la vivienda situada en ____________________________________________, con referencia catastral _______________________________.</w:t>
      </w:r>
    </w:p>
    <w:p>
      <w:r>
        <w:t>2. Que ambas partes desean formalizar la compraventa de la citada vivienda bajo las condiciones siguientes:</w:t>
      </w:r>
    </w:p>
    <w:p/>
    <w:p>
      <w:r>
        <w:t>CLÁUSULAS</w:t>
      </w:r>
    </w:p>
    <w:p>
      <w:r>
        <w:t xml:space="preserve">1. OBJETO DEL CONTRATO  </w:t>
      </w:r>
    </w:p>
    <w:p>
      <w:r>
        <w:t xml:space="preserve">   El vendedor transmite al comprador la plena propiedad de la vivienda descrita.</w:t>
      </w:r>
    </w:p>
    <w:p/>
    <w:p>
      <w:r>
        <w:t xml:space="preserve">2. PRECIO  </w:t>
      </w:r>
    </w:p>
    <w:p>
      <w:r>
        <w:t xml:space="preserve">   El precio total de venta es de __________ euros (€__________), que el comprador pagará de la siguiente forma: _________________________________________________.</w:t>
      </w:r>
    </w:p>
    <w:p/>
    <w:p>
      <w:r>
        <w:t xml:space="preserve">3. ARRAS  </w:t>
      </w:r>
    </w:p>
    <w:p>
      <w:r>
        <w:t xml:space="preserve">   Ambas partes acuerdan entregar la cantidad de __________ euros en concepto de arras ________________________.</w:t>
      </w:r>
    </w:p>
    <w:p/>
    <w:p>
      <w:r>
        <w:t xml:space="preserve">4. ESTADO DE LA VIVIENDA  </w:t>
      </w:r>
    </w:p>
    <w:p>
      <w:r>
        <w:t xml:space="preserve">   El comprador declara haber visitado la vivienda y aceptarla en su estado actual.</w:t>
      </w:r>
    </w:p>
    <w:p/>
    <w:p>
      <w:r>
        <w:t xml:space="preserve">5. GASTOS E IMPUESTOS  </w:t>
      </w:r>
    </w:p>
    <w:p>
      <w:r>
        <w:t xml:space="preserve">   Los gastos derivados de la compraventa serán asumidos conforme a la legislación vigente.</w:t>
      </w:r>
    </w:p>
    <w:p/>
    <w:p>
      <w:r>
        <w:t xml:space="preserve">6. FIRMA ANTE NOTARIO  </w:t>
      </w:r>
    </w:p>
    <w:p>
      <w:r>
        <w:t xml:space="preserve">   Ambas partes se comprometen a elevar este contrato a escritura pública antes del día ___ / ___ / ______.</w:t>
      </w:r>
    </w:p>
    <w:p/>
    <w:p>
      <w:r>
        <w:t>Y para que así conste, firman por duplicado el presente contrato en la fecha ___ / ___ / ______.</w:t>
      </w:r>
    </w:p>
    <w:p/>
    <w:p>
      <w:r>
        <w:t>Firmas:</w:t>
      </w:r>
    </w:p>
    <w:p>
      <w:r>
        <w:t>__________________________ (Vendedor)</w:t>
      </w:r>
    </w:p>
    <w:p>
      <w:r>
        <w:t>__________________________ (Comprador)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