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OFERTA DE COMPRA DE VIVIENDA</w:t>
      </w:r>
    </w:p>
    <w:p/>
    <w:p>
      <w:r>
        <w:t>DATOS DEL COMPRADOR</w:t>
      </w:r>
    </w:p>
    <w:p>
      <w:r>
        <w:t>Nombre y apellidos: _______________________________________________</w:t>
      </w:r>
    </w:p>
    <w:p>
      <w:r>
        <w:t>DNI/NIE: __________________________________________________________</w:t>
      </w:r>
    </w:p>
    <w:p>
      <w:r>
        <w:t>Domicilio: _________________________________________________________</w:t>
      </w:r>
    </w:p>
    <w:p>
      <w:r>
        <w:t>Teléfono y correo electrónico: _______________________________________</w:t>
      </w:r>
    </w:p>
    <w:p/>
    <w:p>
      <w:r>
        <w:t>DATOS DEL VENDEDOR</w:t>
      </w:r>
    </w:p>
    <w:p>
      <w:r>
        <w:t>Nombre y apellidos: _______________________________________________</w:t>
      </w:r>
    </w:p>
    <w:p>
      <w:r>
        <w:t>DNI/NIE: __________________________________________________________</w:t>
      </w:r>
    </w:p>
    <w:p/>
    <w:p>
      <w:r>
        <w:t>DATOS DEL INMUEBLE</w:t>
      </w:r>
    </w:p>
    <w:p>
      <w:r>
        <w:t>Dirección completa: ________________________________________________</w:t>
      </w:r>
    </w:p>
    <w:p>
      <w:r>
        <w:t>Referencia catastral: _______________________________________________</w:t>
      </w:r>
    </w:p>
    <w:p>
      <w:r>
        <w:t>Descripción: _______________________________________________________</w:t>
      </w:r>
    </w:p>
    <w:p>
      <w:r>
        <w:t>__________________________________________________________________</w:t>
      </w:r>
    </w:p>
    <w:p/>
    <w:p>
      <w:r>
        <w:t>OFERTA ECONÓMICA</w:t>
      </w:r>
    </w:p>
    <w:p>
      <w:r>
        <w:t>El comprador ofrece adquirir la vivienda por el precio total de:</w:t>
      </w:r>
    </w:p>
    <w:p>
      <w:r>
        <w:t>________________________________________ euros (€______________).</w:t>
      </w:r>
    </w:p>
    <w:p/>
    <w:p>
      <w:r>
        <w:t>FORMA DE PAGO</w:t>
      </w:r>
    </w:p>
    <w:p>
      <w:r>
        <w:t xml:space="preserve">[ ] Pago al contado  </w:t>
      </w:r>
    </w:p>
    <w:p>
      <w:r>
        <w:t xml:space="preserve">[ ] Pago mediante financiación bancaria  </w:t>
      </w:r>
    </w:p>
    <w:p>
      <w:r>
        <w:t>Detalles: _________________________________________________________</w:t>
      </w:r>
    </w:p>
    <w:p/>
    <w:p>
      <w:r>
        <w:t>CONDICIONES DE LA OFERTA</w:t>
      </w:r>
    </w:p>
    <w:p>
      <w:r>
        <w:t xml:space="preserve">- La presente oferta queda condicionada a:  </w:t>
      </w:r>
    </w:p>
    <w:p>
      <w:r>
        <w:t xml:space="preserve">  ________________________________________________________________  </w:t>
      </w:r>
    </w:p>
    <w:p>
      <w:r>
        <w:t xml:space="preserve">- Ausencia de cargas no declaradas.  </w:t>
      </w:r>
    </w:p>
    <w:p>
      <w:r>
        <w:t>- Entrega del inmueble en el estado actual en la fecha pactada.</w:t>
      </w:r>
    </w:p>
    <w:p/>
    <w:p>
      <w:r>
        <w:t>VALIDEZ</w:t>
      </w:r>
    </w:p>
    <w:p>
      <w:r>
        <w:t>Esta oferta tendrá validez hasta el día ___ / ___ / ______.</w:t>
      </w:r>
    </w:p>
    <w:p/>
    <w:p>
      <w:r>
        <w:t>FIRMA DEL COMPRADOR</w:t>
      </w:r>
    </w:p>
    <w:p>
      <w:r>
        <w:t>____________________________________________</w:t>
      </w:r>
    </w:p>
    <w:p>
      <w:r>
        <w:t>Fecha: ___ / ___ / ______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